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Silabus Web Design Professional Program</w:t>
      </w:r>
    </w:p>
    <w:p>
      <w:pPr>
        <w:pStyle w:val="Heading2"/>
      </w:pPr>
      <w:r>
        <w:t>Deskripsi Program</w:t>
      </w:r>
    </w:p>
    <w:p>
      <w:r>
        <w:t>Program Web Design Professional menggunakan platform Web Bisnis siap pakai dengan sub-domain eksklusif edunspire.com. Peserta langsung belajar desain website menggunakan Astra Theme dan Elementor tanpa perlu mengelola hosting atau instalasi WordPress.</w:t>
      </w:r>
    </w:p>
    <w:p>
      <w:pPr>
        <w:pStyle w:val="Heading2"/>
      </w:pPr>
      <w:r>
        <w:t>Durasi Program</w:t>
      </w:r>
    </w:p>
    <w:p>
      <w:r>
        <w:t>8 Minggu (80% praktik, 20% teori dasar)</w:t>
      </w:r>
    </w:p>
    <w:p>
      <w:pPr>
        <w:pStyle w:val="Heading2"/>
      </w:pPr>
      <w:r>
        <w:t>Tujuan Pembelajaran</w:t>
      </w:r>
    </w:p>
    <w:p>
      <w:r>
        <w:t>1. Menguasai dasar pembuatan website.</w:t>
      </w:r>
    </w:p>
    <w:p>
      <w:r>
        <w:t>2. Mengelola dashboard Web Bisnis.</w:t>
      </w:r>
    </w:p>
    <w:p>
      <w:r>
        <w:t>3. Mendesain website menggunakan Astra &amp; Elementor.</w:t>
      </w:r>
    </w:p>
    <w:p>
      <w:r>
        <w:t>4. Membangun website portofolio/UMKM yang responsif dan profesional.</w:t>
      </w:r>
    </w:p>
    <w:p>
      <w:pPr>
        <w:pStyle w:val="Heading2"/>
      </w:pPr>
      <w:r>
        <w:t>Struktur Kurikulum</w:t>
      </w:r>
    </w:p>
    <w:p>
      <w:r>
        <w:t>Berisi 8 modul pembelajaran berbasis praktik langsung menggunakan sub-domain siap pakai.</w:t>
      </w:r>
    </w:p>
    <w:p>
      <w:pPr>
        <w:pStyle w:val="Heading3"/>
      </w:pPr>
      <w:r>
        <w:t>Minggu 1 — Dasar Website &amp; Akses Sub-domain</w:t>
      </w:r>
    </w:p>
    <w:p>
      <w:r>
        <w:t>- Login ke dashboard Web Bisnis</w:t>
      </w:r>
    </w:p>
    <w:p>
      <w:r>
        <w:t>- Dasar halaman: Home, About, Contact</w:t>
      </w:r>
    </w:p>
    <w:p>
      <w:r>
        <w:t>- Upload gambar, edit teks, navigasi dasar</w:t>
      </w:r>
    </w:p>
    <w:p>
      <w:pPr>
        <w:pStyle w:val="Heading3"/>
      </w:pPr>
      <w:r>
        <w:t>Minggu 2 — Tema Astra (Siap Pakai)</w:t>
      </w:r>
    </w:p>
    <w:p>
      <w:r>
        <w:t>- Menggunakan Astra Starter Template</w:t>
      </w:r>
    </w:p>
    <w:p>
      <w:r>
        <w:t>- Pengaturan warna &amp; font global</w:t>
      </w:r>
    </w:p>
    <w:p>
      <w:r>
        <w:t>- Edit header &amp; footer</w:t>
      </w:r>
    </w:p>
    <w:p>
      <w:pPr>
        <w:pStyle w:val="Heading3"/>
      </w:pPr>
      <w:r>
        <w:t>Minggu 3 — Elementor Dasar</w:t>
      </w:r>
    </w:p>
    <w:p>
      <w:r>
        <w:t>- Section, column &amp; widget dasar</w:t>
      </w:r>
    </w:p>
    <w:p>
      <w:r>
        <w:t>- Hero section</w:t>
      </w:r>
    </w:p>
    <w:p>
      <w:r>
        <w:t>- Template block Elementor</w:t>
      </w:r>
    </w:p>
    <w:p>
      <w:pPr>
        <w:pStyle w:val="Heading3"/>
      </w:pPr>
      <w:r>
        <w:t>Minggu 4 — Desain Halaman Profesional</w:t>
      </w:r>
    </w:p>
    <w:p>
      <w:r>
        <w:t>- Desain Home, About, Contact</w:t>
      </w:r>
    </w:p>
    <w:p>
      <w:r>
        <w:t>- Form kontak Elementor</w:t>
      </w:r>
    </w:p>
    <w:p>
      <w:r>
        <w:t>- CTA dan struktur konten</w:t>
      </w:r>
    </w:p>
    <w:p>
      <w:pPr>
        <w:pStyle w:val="Heading3"/>
      </w:pPr>
      <w:r>
        <w:t>Minggu 5 — Halaman Layanan/Portofolio</w:t>
      </w:r>
    </w:p>
    <w:p>
      <w:r>
        <w:t>- Galeri, grid, testimoni</w:t>
      </w:r>
    </w:p>
    <w:p>
      <w:r>
        <w:t>- Layout produk/layanan</w:t>
      </w:r>
    </w:p>
    <w:p>
      <w:pPr>
        <w:pStyle w:val="Heading3"/>
      </w:pPr>
      <w:r>
        <w:t>Minggu 6 — Optimasi Website</w:t>
      </w:r>
    </w:p>
    <w:p>
      <w:r>
        <w:t>- Responsive mode Elementor</w:t>
      </w:r>
    </w:p>
    <w:p>
      <w:r>
        <w:t>- Kompresi gambar</w:t>
      </w:r>
    </w:p>
    <w:p>
      <w:r>
        <w:t>- SEO dasar</w:t>
      </w:r>
    </w:p>
    <w:p>
      <w:pPr>
        <w:pStyle w:val="Heading3"/>
      </w:pPr>
      <w:r>
        <w:t>Minggu 7 — Branding &amp; Penyempurnaan</w:t>
      </w:r>
    </w:p>
    <w:p>
      <w:r>
        <w:t>- Tone warna</w:t>
      </w:r>
    </w:p>
    <w:p>
      <w:r>
        <w:t>- Ikon &amp; elemen visual</w:t>
      </w:r>
    </w:p>
    <w:p>
      <w:r>
        <w:t>- Perbaikan navigasi</w:t>
      </w:r>
    </w:p>
    <w:p>
      <w:pPr>
        <w:pStyle w:val="Heading3"/>
      </w:pPr>
      <w:r>
        <w:t>Minggu 8 — Proyek Akhir &amp; Launching</w:t>
      </w:r>
    </w:p>
    <w:p>
      <w:r>
        <w:t>- Finalisasi 5–7 halaman</w:t>
      </w:r>
    </w:p>
    <w:p>
      <w:r>
        <w:t>- Presentasi website final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