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MODUL PELATIHAN – MINGGU 7</w:t>
      </w:r>
    </w:p>
    <w:p>
      <w:pPr>
        <w:pStyle w:val="Heading2"/>
      </w:pPr>
      <w:r>
        <w:t>Web Design Professional Program</w:t>
      </w:r>
    </w:p>
    <w:p>
      <w:pPr>
        <w:pStyle w:val="Heading3"/>
      </w:pPr>
      <w:r>
        <w:t>Topik: Branding Website &amp; Penyempurnaan Desain</w:t>
      </w:r>
    </w:p>
    <w:p>
      <w:pPr>
        <w:pStyle w:val="Heading2"/>
      </w:pPr>
      <w:r>
        <w:t>1. Tujuan Pembelajaran</w:t>
      </w:r>
    </w:p>
    <w:p>
      <w:r>
        <w:t>A. Pengetahuan:</w:t>
      </w:r>
    </w:p>
    <w:p>
      <w:r>
        <w:t>- Memahami konsep branding visual dalam website.</w:t>
      </w:r>
    </w:p>
    <w:p>
      <w:r>
        <w:t>- Mengetahui elemen-elemen desain yang mempengaruhi tampilan profesional.</w:t>
      </w:r>
    </w:p>
    <w:p/>
    <w:p>
      <w:r>
        <w:t>B. Keterampilan:</w:t>
      </w:r>
    </w:p>
    <w:p>
      <w:r>
        <w:t>- Menyempurnakan style website: warna, tipografi, ikon, dan elemen visual.</w:t>
      </w:r>
    </w:p>
    <w:p>
      <w:r>
        <w:t>- Menata ulang halaman agar konsisten dan harmonis.</w:t>
      </w:r>
    </w:p>
    <w:p>
      <w:r>
        <w:t>- Menyelaraskan desain antar halaman (Home, About, Services, Portfolio, Contact).</w:t>
      </w:r>
    </w:p>
    <w:p/>
    <w:p>
      <w:r>
        <w:t>C. Sikap:</w:t>
      </w:r>
    </w:p>
    <w:p>
      <w:r>
        <w:t>- Konsisten dalam gaya desain.</w:t>
      </w:r>
    </w:p>
    <w:p>
      <w:r>
        <w:t>- Mengutamakan keterbacaan dan kenyamanan pengguna (user-friendly).</w:t>
      </w:r>
    </w:p>
    <w:p>
      <w:pPr>
        <w:pStyle w:val="Heading2"/>
      </w:pPr>
      <w:r>
        <w:t>2. Materi Pembelajaran Minggu 7</w:t>
      </w:r>
    </w:p>
    <w:p>
      <w:pPr>
        <w:pStyle w:val="Heading3"/>
      </w:pPr>
      <w:r>
        <w:t>Sesi 1 – Membangun Branding Website</w:t>
      </w:r>
    </w:p>
    <w:p>
      <w:r>
        <w:t>• Branding adalah identitas visual yang membuat website terlihat profesional dan konsisten.</w:t>
      </w:r>
    </w:p>
    <w:p>
      <w:r>
        <w:t>• Elemen branding penting:</w:t>
      </w:r>
    </w:p>
    <w:p>
      <w:r>
        <w:t xml:space="preserve">   - Warna utama dan warna sekunder</w:t>
      </w:r>
    </w:p>
    <w:p>
      <w:r>
        <w:t xml:space="preserve">   - Tipografi judul dan isi</w:t>
      </w:r>
    </w:p>
    <w:p>
      <w:r>
        <w:t xml:space="preserve">   - Ikon dan ilustrasi pendukung</w:t>
      </w:r>
    </w:p>
    <w:p>
      <w:r>
        <w:t xml:space="preserve">   - Suara dan tone konten</w:t>
      </w:r>
    </w:p>
    <w:p/>
    <w:p>
      <w:r>
        <w:t>• Tips memilih warna:</w:t>
      </w:r>
    </w:p>
    <w:p>
      <w:r>
        <w:t xml:space="preserve">   - Gunakan 1 warna utama, 1 warna aksen, dan 1 warna netral.</w:t>
      </w:r>
    </w:p>
    <w:p>
      <w:r>
        <w:t xml:space="preserve">   - Pastikan kontras baik untuk keterbacaan.</w:t>
      </w:r>
    </w:p>
    <w:p>
      <w:pPr>
        <w:pStyle w:val="Heading3"/>
      </w:pPr>
      <w:r>
        <w:t>Sesi 2 – Penyempurnaan Warna &amp; Typography</w:t>
      </w:r>
    </w:p>
    <w:p>
      <w:r>
        <w:t>• Langkah-langkah di Elementor / Astra Customize:</w:t>
      </w:r>
    </w:p>
    <w:p>
      <w:r>
        <w:t xml:space="preserve">   1. Buka Appearance → Customize → Global.</w:t>
      </w:r>
    </w:p>
    <w:p>
      <w:r>
        <w:t xml:space="preserve">   2. Atur ulang palette warna sesuai branding.</w:t>
      </w:r>
    </w:p>
    <w:p>
      <w:r>
        <w:t xml:space="preserve">   3. Pilih font judul (H1–H6) dan font isi yang konsisten.</w:t>
      </w:r>
    </w:p>
    <w:p>
      <w:r>
        <w:t>• Tips typography:</w:t>
      </w:r>
    </w:p>
    <w:p>
      <w:r>
        <w:t xml:space="preserve">   - Gunakan maksimal 2 jenis font.</w:t>
      </w:r>
    </w:p>
    <w:p>
      <w:r>
        <w:t xml:space="preserve">   - Gunakan ukuran H1 yang jelas dan tegas.</w:t>
      </w:r>
    </w:p>
    <w:p>
      <w:r>
        <w:t xml:space="preserve">   - Perhatikan line height agar teks nyaman dibaca.</w:t>
      </w:r>
    </w:p>
    <w:p>
      <w:pPr>
        <w:pStyle w:val="Heading3"/>
      </w:pPr>
      <w:r>
        <w:t>Sesi 3 – Menambahkan Elemen Visual Pendukung</w:t>
      </w:r>
    </w:p>
    <w:p>
      <w:r>
        <w:t>• Elemen visual kecil membuat website lebih hidup:</w:t>
      </w:r>
    </w:p>
    <w:p>
      <w:r>
        <w:t xml:space="preserve">   - Ikon layanan</w:t>
      </w:r>
    </w:p>
    <w:p>
      <w:r>
        <w:t xml:space="preserve">   - Divider (garis pemisah)</w:t>
      </w:r>
    </w:p>
    <w:p>
      <w:r>
        <w:t xml:space="preserve">   - Shape dekoratif (lingkaran, kotak, wave)</w:t>
      </w:r>
    </w:p>
    <w:p>
      <w:r>
        <w:t xml:space="preserve">   - Background section (warna blok atau gradient)</w:t>
      </w:r>
    </w:p>
    <w:p/>
    <w:p>
      <w:r>
        <w:t>• Langkah:</w:t>
      </w:r>
    </w:p>
    <w:p>
      <w:r>
        <w:t xml:space="preserve">   1. Tambahkan icon box pada bagian layanan.</w:t>
      </w:r>
    </w:p>
    <w:p>
      <w:r>
        <w:t xml:space="preserve">   2. Gunakan divider untuk memisahkan section.</w:t>
      </w:r>
    </w:p>
    <w:p>
      <w:r>
        <w:t xml:space="preserve">   3. Gunakan shape background sesuai kebutuhan.</w:t>
      </w:r>
    </w:p>
    <w:p>
      <w:pPr>
        <w:pStyle w:val="Heading3"/>
      </w:pPr>
      <w:r>
        <w:t>Sesi 4 – Menyelaraskan Desain Antar Halaman</w:t>
      </w:r>
    </w:p>
    <w:p>
      <w:r>
        <w:t>• Semua halaman harus selaras dalam:</w:t>
      </w:r>
    </w:p>
    <w:p>
      <w:r>
        <w:t xml:space="preserve">   - Warna</w:t>
      </w:r>
    </w:p>
    <w:p>
      <w:r>
        <w:t xml:space="preserve">   - Font</w:t>
      </w:r>
    </w:p>
    <w:p>
      <w:r>
        <w:t xml:space="preserve">   - Jarak (spacing)</w:t>
      </w:r>
    </w:p>
    <w:p>
      <w:r>
        <w:t xml:space="preserve">   - Gaya ikon</w:t>
      </w:r>
    </w:p>
    <w:p>
      <w:r>
        <w:t xml:space="preserve">   - Gaya tombol (border radius, warna, hover)</w:t>
      </w:r>
    </w:p>
    <w:p/>
    <w:p>
      <w:r>
        <w:t>• Checklist penyelarasan:</w:t>
      </w:r>
    </w:p>
    <w:p>
      <w:r>
        <w:t xml:space="preserve">   - Apakah setiap halaman memiliki header yang sama?</w:t>
      </w:r>
    </w:p>
    <w:p>
      <w:r>
        <w:t xml:space="preserve">   - Apakah tombol CTA konsisten?</w:t>
      </w:r>
    </w:p>
    <w:p>
      <w:r>
        <w:t xml:space="preserve">   - Apakah foto/gambar memiliki filter atau style yang sama?</w:t>
      </w:r>
    </w:p>
    <w:p>
      <w:r>
        <w:t xml:space="preserve">   - Apakah margin/padding antar section rapi?</w:t>
      </w:r>
    </w:p>
    <w:p>
      <w:pPr>
        <w:pStyle w:val="Heading2"/>
      </w:pPr>
      <w:r>
        <w:t>3. Output Minggu Ketujuh</w:t>
      </w:r>
    </w:p>
    <w:p>
      <w:r>
        <w:t>- Website memiliki branding visual yang konsisten.</w:t>
      </w:r>
    </w:p>
    <w:p>
      <w:r>
        <w:t>- Warna, font, ikon, dan elemen visual selaras.</w:t>
      </w:r>
    </w:p>
    <w:p>
      <w:r>
        <w:t>- Tampilan seluruh halaman rapi dan profesional.</w:t>
      </w:r>
    </w:p>
    <w:p>
      <w:r>
        <w:t>- Pengalaman pengguna meningkat berkat desain yang lebih harmonis.</w:t>
      </w:r>
    </w:p>
    <w:p>
      <w:pPr>
        <w:pStyle w:val="Heading2"/>
      </w:pPr>
      <w:r>
        <w:t>4. Tugas Mingguan</w:t>
      </w:r>
    </w:p>
    <w:p>
      <w:r>
        <w:t>1. Terapkan palette warna final ke seluruh halaman.</w:t>
      </w:r>
    </w:p>
    <w:p>
      <w:r>
        <w:t>2. Pastikan semua judul (H1–H2) konsisten dalam ukuran dan warna.</w:t>
      </w:r>
    </w:p>
    <w:p>
      <w:r>
        <w:t>3. Tambahkan minimal 3 ikon baru pada bagian layanan.</w:t>
      </w:r>
    </w:p>
    <w:p>
      <w:r>
        <w:t>4. Rapikan spacing pada semua halaman (Home, About, Services, Portfolio, Contact).</w:t>
      </w:r>
    </w:p>
    <w:p>
      <w:r>
        <w:t>5. Kirimkan link website versi final draft kepada instruktur.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