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MODUL PELATIHAN – MINGGU 4</w:t>
      </w:r>
    </w:p>
    <w:p>
      <w:pPr>
        <w:pStyle w:val="Heading2"/>
      </w:pPr>
      <w:r>
        <w:t>Web Design Professional Program</w:t>
      </w:r>
    </w:p>
    <w:p>
      <w:pPr>
        <w:pStyle w:val="Heading3"/>
      </w:pPr>
      <w:r>
        <w:t>Topik: Desain Halaman Profesional – Home, About, Contact</w:t>
      </w:r>
    </w:p>
    <w:p>
      <w:pPr>
        <w:pStyle w:val="Heading2"/>
      </w:pPr>
      <w:r>
        <w:t>1. Tujuan Pembelajaran</w:t>
      </w:r>
    </w:p>
    <w:p>
      <w:r>
        <w:t>A. Pengetahuan:</w:t>
      </w:r>
    </w:p>
    <w:p>
      <w:r>
        <w:t>- Memahami prinsip dasar desain halaman profesional.</w:t>
      </w:r>
    </w:p>
    <w:p>
      <w:r>
        <w:t>- Mengetahui struktur konten pada halaman Home, About, dan Contact.</w:t>
      </w:r>
    </w:p>
    <w:p/>
    <w:p>
      <w:r>
        <w:t>B. Keterampilan:</w:t>
      </w:r>
    </w:p>
    <w:p>
      <w:r>
        <w:t>- Mendesain halaman lengkap menggunakan Elementor.</w:t>
      </w:r>
    </w:p>
    <w:p>
      <w:r>
        <w:t>- Membuat form kontak sederhana.</w:t>
      </w:r>
    </w:p>
    <w:p>
      <w:r>
        <w:t>- Menata layout dengan rapi menggunakan spacing, alignment, dan hierarchy.</w:t>
      </w:r>
    </w:p>
    <w:p/>
    <w:p>
      <w:r>
        <w:t>C. Sikap:</w:t>
      </w:r>
    </w:p>
    <w:p>
      <w:r>
        <w:t>- Mengutamakan kerapian dan konsistensi desain.</w:t>
      </w:r>
    </w:p>
    <w:p>
      <w:r>
        <w:t>- Menunjukkan kreativitas dalam menyusun konten.</w:t>
      </w:r>
    </w:p>
    <w:p>
      <w:pPr>
        <w:pStyle w:val="Heading2"/>
      </w:pPr>
      <w:r>
        <w:t>2. Materi Pembelajaran Minggu 4</w:t>
      </w:r>
    </w:p>
    <w:p>
      <w:pPr>
        <w:pStyle w:val="Heading3"/>
      </w:pPr>
      <w:r>
        <w:t>Sesi 1 – Struktur Halaman Profesional</w:t>
      </w:r>
    </w:p>
    <w:p>
      <w:r>
        <w:t>• Elemen umum halaman Home:</w:t>
      </w:r>
    </w:p>
    <w:p>
      <w:r>
        <w:t xml:space="preserve">   - Hero Section</w:t>
      </w:r>
    </w:p>
    <w:p>
      <w:r>
        <w:t xml:space="preserve">   - Highlight layanan/keunggulan</w:t>
      </w:r>
    </w:p>
    <w:p>
      <w:r>
        <w:t xml:space="preserve">   - Testimoni atau bukti sosial</w:t>
      </w:r>
    </w:p>
    <w:p>
      <w:r>
        <w:t xml:space="preserve">   - Call-to-Action (CTA)</w:t>
      </w:r>
    </w:p>
    <w:p/>
    <w:p>
      <w:r>
        <w:t>• Elemen umum halaman About:</w:t>
      </w:r>
    </w:p>
    <w:p>
      <w:r>
        <w:t xml:space="preserve">   - Profil diri/usaha</w:t>
      </w:r>
    </w:p>
    <w:p>
      <w:r>
        <w:t xml:space="preserve">   - Visi dan misi singkat</w:t>
      </w:r>
    </w:p>
    <w:p>
      <w:r>
        <w:t xml:space="preserve">   - Foto atau ilustrasi</w:t>
      </w:r>
    </w:p>
    <w:p/>
    <w:p>
      <w:r>
        <w:t>• Elemen umum halaman Contact:</w:t>
      </w:r>
    </w:p>
    <w:p>
      <w:r>
        <w:t xml:space="preserve">   - Informasi kontak (email, WA, IG)</w:t>
      </w:r>
    </w:p>
    <w:p>
      <w:r>
        <w:t xml:space="preserve">   - Form kontak</w:t>
      </w:r>
    </w:p>
    <w:p>
      <w:r>
        <w:t xml:space="preserve">   - Peta lokasi (opsional)</w:t>
      </w:r>
    </w:p>
    <w:p>
      <w:pPr>
        <w:pStyle w:val="Heading3"/>
      </w:pPr>
      <w:r>
        <w:t>Sesi 2 – Mendesain Halaman Home</w:t>
      </w:r>
    </w:p>
    <w:p>
      <w:r>
        <w:t>• Langkah-langkah:</w:t>
      </w:r>
    </w:p>
    <w:p>
      <w:r>
        <w:t xml:space="preserve">   1. Buka halaman Home → Edit with Elementor.</w:t>
      </w:r>
    </w:p>
    <w:p>
      <w:r>
        <w:t xml:space="preserve">   2. Buat Hero Section (heading, subheading, button).</w:t>
      </w:r>
    </w:p>
    <w:p>
      <w:r>
        <w:t xml:space="preserve">   3. Tambahkan section keunggulan/layanan.</w:t>
      </w:r>
    </w:p>
    <w:p>
      <w:r>
        <w:t xml:space="preserve">   4. Tambahkan testimoni (opsional).</w:t>
      </w:r>
    </w:p>
    <w:p>
      <w:r>
        <w:t xml:space="preserve">   5. Akhiri dengan CTA (misalnya: Hubungi Saya).</w:t>
      </w:r>
    </w:p>
    <w:p>
      <w:r>
        <w:t>• Perhatikan penggunaan warna dan font yang konsisten.</w:t>
      </w:r>
    </w:p>
    <w:p>
      <w:pPr>
        <w:pStyle w:val="Heading3"/>
      </w:pPr>
      <w:r>
        <w:t>Sesi 3 – Mendesain Halaman About</w:t>
      </w:r>
    </w:p>
    <w:p>
      <w:r>
        <w:t>• Langkah-langkah:</w:t>
      </w:r>
    </w:p>
    <w:p>
      <w:r>
        <w:t xml:space="preserve">   1. Masuk halaman About → Edit with Elementor.</w:t>
      </w:r>
    </w:p>
    <w:p>
      <w:r>
        <w:t xml:space="preserve">   2. Tambahkan section satu kolom untuk judul.</w:t>
      </w:r>
    </w:p>
    <w:p>
      <w:r>
        <w:t xml:space="preserve">   3. Tambahkan foto profil dan deskripsi.</w:t>
      </w:r>
    </w:p>
    <w:p>
      <w:r>
        <w:t xml:space="preserve">   4. Tambahkan bagian tentang visi/misi atau cerita singkat.</w:t>
      </w:r>
    </w:p>
    <w:p>
      <w:r>
        <w:t>• Tips: Gunakan foto berkualitas dan teks yang ringkas.</w:t>
      </w:r>
    </w:p>
    <w:p>
      <w:pPr>
        <w:pStyle w:val="Heading3"/>
      </w:pPr>
      <w:r>
        <w:t>Sesi 4 – Mendesain Halaman Contact</w:t>
      </w:r>
    </w:p>
    <w:p>
      <w:r>
        <w:t>• Langkah-langkah:</w:t>
      </w:r>
    </w:p>
    <w:p>
      <w:r>
        <w:t xml:space="preserve">   1. Buka Contact → Edit with Elementor.</w:t>
      </w:r>
    </w:p>
    <w:p>
      <w:r>
        <w:t xml:space="preserve">   2. Tambahkan informasi kontak (email, WA, alamat).</w:t>
      </w:r>
    </w:p>
    <w:p>
      <w:r>
        <w:t xml:space="preserve">   3. Tambahkan widget Form (Elementor).</w:t>
      </w:r>
    </w:p>
    <w:p>
      <w:r>
        <w:t xml:space="preserve">   4. Sesuaikan label form: Nama, Email, Pesan.</w:t>
      </w:r>
    </w:p>
    <w:p>
      <w:r>
        <w:t xml:space="preserve">   5. Tambahkan tombol Kirim.</w:t>
      </w:r>
    </w:p>
    <w:p>
      <w:r>
        <w:t>• Opsional: Tambahkan peta Google.</w:t>
      </w:r>
    </w:p>
    <w:p>
      <w:pPr>
        <w:pStyle w:val="Heading2"/>
      </w:pPr>
      <w:r>
        <w:t>3. Output Minggu Keempat</w:t>
      </w:r>
    </w:p>
    <w:p>
      <w:r>
        <w:t>- Halaman Home lengkap &amp; profesional.</w:t>
      </w:r>
    </w:p>
    <w:p>
      <w:r>
        <w:t>- Halaman About berisi profil dan foto.</w:t>
      </w:r>
    </w:p>
    <w:p>
      <w:r>
        <w:t>- Halaman Contact dengan form kontak berfungsi.</w:t>
      </w:r>
    </w:p>
    <w:p>
      <w:r>
        <w:t>- Semua halaman konsisten dalam warna &amp; tipografi.</w:t>
      </w:r>
    </w:p>
    <w:p>
      <w:pPr>
        <w:pStyle w:val="Heading2"/>
      </w:pPr>
      <w:r>
        <w:t>4. Tugas Mingguan</w:t>
      </w:r>
    </w:p>
    <w:p>
      <w:r>
        <w:t>1. Sempurnakan halaman Home dengan minimal 3 section.</w:t>
      </w:r>
    </w:p>
    <w:p>
      <w:r>
        <w:t>2. Lengkapi halaman About dengan foto terbaik.</w:t>
      </w:r>
    </w:p>
    <w:p>
      <w:r>
        <w:t>3. Tambahkan form kontak lengkap di halaman Contact.</w:t>
      </w:r>
    </w:p>
    <w:p>
      <w:r>
        <w:t>4. Kirimkan link website untuk review instruktur.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