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MODUL PELATIHAN – MINGGU 3</w:t>
      </w:r>
    </w:p>
    <w:p>
      <w:pPr>
        <w:pStyle w:val="Heading2"/>
      </w:pPr>
      <w:r>
        <w:t>Web Design Professional Program</w:t>
      </w:r>
    </w:p>
    <w:p>
      <w:pPr>
        <w:pStyle w:val="Heading3"/>
      </w:pPr>
      <w:r>
        <w:t>Topik: Elementor Dasar – Desain Website dengan Drag &amp; Drop</w:t>
      </w:r>
    </w:p>
    <w:p>
      <w:pPr>
        <w:pStyle w:val="Heading2"/>
      </w:pPr>
      <w:r>
        <w:t>1. Tujuan Pembelajaran</w:t>
      </w:r>
    </w:p>
    <w:p>
      <w:r>
        <w:t>A. Pengetahuan:</w:t>
      </w:r>
    </w:p>
    <w:p>
      <w:r>
        <w:t>- Memahami fungsi Elementor sebagai page builder.</w:t>
      </w:r>
    </w:p>
    <w:p>
      <w:r>
        <w:t>- Mengetahui elemen dasar: Section, Column, dan Widget.</w:t>
      </w:r>
    </w:p>
    <w:p>
      <w:r>
        <w:t>- Memahami konsep layout responsif.</w:t>
      </w:r>
    </w:p>
    <w:p/>
    <w:p>
      <w:r>
        <w:t>B. Keterampilan:</w:t>
      </w:r>
    </w:p>
    <w:p>
      <w:r>
        <w:t>- Menggunakan Elementor untuk membuat layout dasar.</w:t>
      </w:r>
    </w:p>
    <w:p>
      <w:r>
        <w:t>- Menambahkan widget teks, gambar, dan tombol.</w:t>
      </w:r>
    </w:p>
    <w:p>
      <w:r>
        <w:t>- Mengatur struktur halaman menggunakan section dan column.</w:t>
      </w:r>
    </w:p>
    <w:p/>
    <w:p>
      <w:r>
        <w:t>C. Sikap:</w:t>
      </w:r>
    </w:p>
    <w:p>
      <w:r>
        <w:t>- Kreatif dalam menata elemen visual.</w:t>
      </w:r>
    </w:p>
    <w:p>
      <w:r>
        <w:t>- Teliti dalam memilih ukuran, warna, dan keseimbangan desain.</w:t>
      </w:r>
    </w:p>
    <w:p>
      <w:pPr>
        <w:pStyle w:val="Heading2"/>
      </w:pPr>
      <w:r>
        <w:t>2. Materi Pembelajaran Minggu 3</w:t>
      </w:r>
    </w:p>
    <w:p>
      <w:pPr>
        <w:pStyle w:val="Heading3"/>
      </w:pPr>
      <w:r>
        <w:t>Sesi 1 – Pengenalan Elementor</w:t>
      </w:r>
    </w:p>
    <w:p>
      <w:r>
        <w:t>• Elementor adalah editor visual berbasis drag-and-drop.</w:t>
      </w:r>
    </w:p>
    <w:p>
      <w:r>
        <w:t>• Kelebihan Elementor:</w:t>
      </w:r>
    </w:p>
    <w:p>
      <w:r>
        <w:t xml:space="preserve">   - Mudah digunakan tanpa coding.</w:t>
      </w:r>
    </w:p>
    <w:p>
      <w:r>
        <w:t xml:space="preserve">   - Banyak template siap pakai.</w:t>
      </w:r>
    </w:p>
    <w:p>
      <w:r>
        <w:t xml:space="preserve">   - Kompatibel dengan tema Astra.</w:t>
      </w:r>
    </w:p>
    <w:p>
      <w:r>
        <w:t>• Bagian utama Elementor:</w:t>
      </w:r>
    </w:p>
    <w:p>
      <w:r>
        <w:t xml:space="preserve">   - Panel Widget (kiri)</w:t>
      </w:r>
    </w:p>
    <w:p>
      <w:r>
        <w:t xml:space="preserve">   - Area Kanvas (tengah)</w:t>
      </w:r>
    </w:p>
    <w:p>
      <w:r>
        <w:t xml:space="preserve">   - Toolbar bawah (Preview, Update, Responsiveness)</w:t>
      </w:r>
    </w:p>
    <w:p>
      <w:pPr>
        <w:pStyle w:val="Heading3"/>
      </w:pPr>
      <w:r>
        <w:t>Sesi 2 – Section, Column, &amp; Widget</w:t>
      </w:r>
    </w:p>
    <w:p>
      <w:r>
        <w:t>• Section = blok besar pembentuk halaman.</w:t>
      </w:r>
    </w:p>
    <w:p>
      <w:r>
        <w:t>• Column = pembagian ruang dalam section.</w:t>
      </w:r>
    </w:p>
    <w:p>
      <w:r>
        <w:t>• Widget = elemen isi (teks, gambar, ikon, tombol, dll).</w:t>
      </w:r>
    </w:p>
    <w:p/>
    <w:p>
      <w:r>
        <w:t>Langkah latihan:</w:t>
      </w:r>
    </w:p>
    <w:p>
      <w:r>
        <w:t>1. Tambahkan section baru.</w:t>
      </w:r>
    </w:p>
    <w:p>
      <w:r>
        <w:t>2. Pilih jumlah kolom.</w:t>
      </w:r>
    </w:p>
    <w:p>
      <w:r>
        <w:t>3. Tambahkan widget Heading, Text Editor, dan Image.</w:t>
      </w:r>
    </w:p>
    <w:p>
      <w:r>
        <w:t>4. Atur alignment, padding, dan spacing.</w:t>
      </w:r>
    </w:p>
    <w:p>
      <w:pPr>
        <w:pStyle w:val="Heading3"/>
      </w:pPr>
      <w:r>
        <w:t>Sesi 3 – Membuat Hero Section</w:t>
      </w:r>
    </w:p>
    <w:p>
      <w:r>
        <w:t>• Hero section adalah bagian paling atas halaman yang menarik perhatian.</w:t>
      </w:r>
    </w:p>
    <w:p>
      <w:r>
        <w:t>• Komponen hero section:</w:t>
      </w:r>
    </w:p>
    <w:p>
      <w:r>
        <w:t xml:space="preserve">   - Judul utama (Heading)</w:t>
      </w:r>
    </w:p>
    <w:p>
      <w:r>
        <w:t xml:space="preserve">   - Subjudul (Text Editor)</w:t>
      </w:r>
    </w:p>
    <w:p>
      <w:r>
        <w:t xml:space="preserve">   - Tombol aksi (Button)</w:t>
      </w:r>
    </w:p>
    <w:p>
      <w:r>
        <w:t xml:space="preserve">   - Gambar atau ilustrasi pendukung.</w:t>
      </w:r>
    </w:p>
    <w:p/>
    <w:p>
      <w:r>
        <w:t>• Langkah membuat hero section:</w:t>
      </w:r>
    </w:p>
    <w:p>
      <w:r>
        <w:t xml:space="preserve">   1. Tambahkan section 2 kolom.</w:t>
      </w:r>
    </w:p>
    <w:p>
      <w:r>
        <w:t xml:space="preserve">   2. Kiri: Heading + Text + Button.</w:t>
      </w:r>
    </w:p>
    <w:p>
      <w:r>
        <w:t xml:space="preserve">   3. Kanan: Tambahkan gambar/ilustrasi.</w:t>
      </w:r>
    </w:p>
    <w:p>
      <w:r>
        <w:t xml:space="preserve">   4. Atur padding agar tampilan rapi.</w:t>
      </w:r>
    </w:p>
    <w:p>
      <w:pPr>
        <w:pStyle w:val="Heading3"/>
      </w:pPr>
      <w:r>
        <w:t>Sesi 4 – Menggunakan Template Block Elementor</w:t>
      </w:r>
    </w:p>
    <w:p>
      <w:r>
        <w:t>• Template block adalah desain siap pakai yang bisa diambil per bagian.</w:t>
      </w:r>
    </w:p>
    <w:p>
      <w:r>
        <w:t>• Cara menggunakan:</w:t>
      </w:r>
    </w:p>
    <w:p>
      <w:r>
        <w:t xml:space="preserve">   1. Klik ikon folder di area kanvas.</w:t>
      </w:r>
    </w:p>
    <w:p>
      <w:r>
        <w:t xml:space="preserve">   2. Pilih “Blocks”.</w:t>
      </w:r>
    </w:p>
    <w:p>
      <w:r>
        <w:t xml:space="preserve">   3. Pilih kategori (hero, services, contact, dll).</w:t>
      </w:r>
    </w:p>
    <w:p>
      <w:r>
        <w:t xml:space="preserve">   4. Klik Insert.</w:t>
      </w:r>
    </w:p>
    <w:p>
      <w:r>
        <w:t>• Peserta dapat memodifikasi warna, teks, dan gambar.</w:t>
      </w:r>
    </w:p>
    <w:p>
      <w:pPr>
        <w:pStyle w:val="Heading2"/>
      </w:pPr>
      <w:r>
        <w:t>3. Output Minggu Ketiga</w:t>
      </w:r>
    </w:p>
    <w:p>
      <w:r>
        <w:t>- Hero section selesai dibuat.</w:t>
      </w:r>
    </w:p>
    <w:p>
      <w:r>
        <w:t>- Peserta memahami struktur section, column, dan widget.</w:t>
      </w:r>
    </w:p>
    <w:p>
      <w:r>
        <w:t>- Menghasilkan halaman awal menggunakan Elementor.</w:t>
      </w:r>
    </w:p>
    <w:p>
      <w:r>
        <w:t>- Mampu mengedit konten dengan drag &amp; drop.</w:t>
      </w:r>
    </w:p>
    <w:p>
      <w:pPr>
        <w:pStyle w:val="Heading2"/>
      </w:pPr>
      <w:r>
        <w:t>4. Tugas Mingguan</w:t>
      </w:r>
    </w:p>
    <w:p>
      <w:r>
        <w:t>1. Buat ulang hero section dengan gaya pribadi.</w:t>
      </w:r>
    </w:p>
    <w:p>
      <w:r>
        <w:t>2. Tambahkan minimal 1 section baru berisi:</w:t>
      </w:r>
    </w:p>
    <w:p>
      <w:r>
        <w:t xml:space="preserve">   - Heading</w:t>
      </w:r>
    </w:p>
    <w:p>
      <w:r>
        <w:t xml:space="preserve">   - Deskripsi singkat</w:t>
      </w:r>
    </w:p>
    <w:p>
      <w:r>
        <w:t xml:space="preserve">   - Gambar atau ikon</w:t>
      </w:r>
    </w:p>
    <w:p>
      <w:r>
        <w:t>3. Kirimkan link halaman hasil desain.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