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MODUL PELATIHAN – MINGGU 1</w:t>
      </w:r>
    </w:p>
    <w:p>
      <w:pPr>
        <w:pStyle w:val="Heading2"/>
      </w:pPr>
      <w:r>
        <w:t>Web Design Professional Program</w:t>
      </w:r>
    </w:p>
    <w:p>
      <w:pPr>
        <w:pStyle w:val="Heading3"/>
      </w:pPr>
      <w:r>
        <w:t>Topik: Dasar Website &amp; Akses Dashboard Web Bisnis</w:t>
      </w:r>
    </w:p>
    <w:p>
      <w:pPr>
        <w:pStyle w:val="Heading2"/>
      </w:pPr>
      <w:r>
        <w:t>1. Tujuan Pembelajaran</w:t>
      </w:r>
    </w:p>
    <w:p>
      <w:r>
        <w:t>A. Pengetahuan:</w:t>
      </w:r>
    </w:p>
    <w:p>
      <w:r>
        <w:t>- Memahami apa itu website, halaman, dan struktur dasar situs.</w:t>
      </w:r>
    </w:p>
    <w:p>
      <w:r>
        <w:t>- Mengetahui jenis-jenis website (pribadi, portofolio, bisnis).</w:t>
      </w:r>
    </w:p>
    <w:p>
      <w:r>
        <w:t>- Mengenali fungsi dasar dashboard Web Bisnis.</w:t>
      </w:r>
    </w:p>
    <w:p/>
    <w:p>
      <w:r>
        <w:t>B. Keterampilan:</w:t>
      </w:r>
    </w:p>
    <w:p>
      <w:r>
        <w:t>- Mengakses sub-domain pribadi.</w:t>
      </w:r>
    </w:p>
    <w:p>
      <w:r>
        <w:t>- Login ke dashboard Web Bisnis.</w:t>
      </w:r>
    </w:p>
    <w:p>
      <w:r>
        <w:t>- Membuat halaman dasar: Home, About, Contact.</w:t>
      </w:r>
    </w:p>
    <w:p>
      <w:r>
        <w:t>- Mengunggah gambar dan mengedit konten sederhana.</w:t>
      </w:r>
    </w:p>
    <w:p/>
    <w:p>
      <w:r>
        <w:t>C. Sikap:</w:t>
      </w:r>
    </w:p>
    <w:p>
      <w:r>
        <w:t>- Berani mencoba fitur baru.</w:t>
      </w:r>
    </w:p>
    <w:p>
      <w:r>
        <w:t>- Teliti dan rapi dalam menyunting konten.</w:t>
      </w:r>
    </w:p>
    <w:p>
      <w:r>
        <w:t>- Memiliki kemauan untuk belajar mandiri.</w:t>
      </w:r>
    </w:p>
    <w:p>
      <w:pPr>
        <w:pStyle w:val="Heading2"/>
      </w:pPr>
      <w:r>
        <w:t>2. Materi Pembelajaran Minggu 1</w:t>
      </w:r>
    </w:p>
    <w:p>
      <w:pPr>
        <w:pStyle w:val="Heading3"/>
      </w:pPr>
      <w:r>
        <w:t>Sesi 1 – Pengenalan Website</w:t>
      </w:r>
    </w:p>
    <w:p>
      <w:r>
        <w:t>• Website adalah halaman digital yang dapat diakses melalui internet.</w:t>
      </w:r>
    </w:p>
    <w:p>
      <w:r>
        <w:t>• Contoh penggunaan: portofolio, profil UMKM, website guru, landing page.</w:t>
      </w:r>
    </w:p>
    <w:p>
      <w:r>
        <w:t>• Struktur dasar website:</w:t>
      </w:r>
    </w:p>
    <w:p>
      <w:r>
        <w:t xml:space="preserve">   - Header</w:t>
      </w:r>
    </w:p>
    <w:p>
      <w:r>
        <w:t xml:space="preserve">   - Body/Content</w:t>
      </w:r>
    </w:p>
    <w:p>
      <w:r>
        <w:t xml:space="preserve">   - Footer</w:t>
      </w:r>
    </w:p>
    <w:p>
      <w:pPr>
        <w:pStyle w:val="Heading3"/>
      </w:pPr>
      <w:r>
        <w:t>Sesi 2 – Akses Sub-domain Pribadi</w:t>
      </w:r>
    </w:p>
    <w:p>
      <w:r>
        <w:t>• Setiap peserta mendapat 1 sub-domain: namaanda.edunspire.com</w:t>
      </w:r>
    </w:p>
    <w:p>
      <w:r>
        <w:t>• Langkah login:</w:t>
      </w:r>
    </w:p>
    <w:p>
      <w:r>
        <w:t xml:space="preserve">   1. Buka browser (Chrome/Edge)</w:t>
      </w:r>
    </w:p>
    <w:p>
      <w:r>
        <w:t xml:space="preserve">   2. Masukkan URL sub-domain</w:t>
      </w:r>
    </w:p>
    <w:p>
      <w:r>
        <w:t xml:space="preserve">   3. Masuk dashboard melalui URL: namaanda.edunspire.com/login</w:t>
      </w:r>
    </w:p>
    <w:p>
      <w:r>
        <w:t xml:space="preserve">   4. Masukkan username &amp; password yang diberikan instruktur</w:t>
      </w:r>
    </w:p>
    <w:p>
      <w:pPr>
        <w:pStyle w:val="Heading3"/>
      </w:pPr>
      <w:r>
        <w:t>Sesi 3 – Tour Dashboard Web Bisnis</w:t>
      </w:r>
    </w:p>
    <w:p>
      <w:r>
        <w:t>• Peserta mengenal bagian penting:</w:t>
      </w:r>
    </w:p>
    <w:p>
      <w:r>
        <w:t xml:space="preserve">   - Dashboard</w:t>
      </w:r>
    </w:p>
    <w:p>
      <w:r>
        <w:t xml:space="preserve">   - Pages → All Pages</w:t>
      </w:r>
    </w:p>
    <w:p>
      <w:r>
        <w:t xml:space="preserve">   - Media → Library</w:t>
      </w:r>
    </w:p>
    <w:p>
      <w:r>
        <w:t xml:space="preserve">   - Appearance → Customize</w:t>
      </w:r>
    </w:p>
    <w:p>
      <w:r>
        <w:t xml:space="preserve">   - Edit with Elementor (akan dipakai minggu berikutnya)</w:t>
      </w:r>
    </w:p>
    <w:p>
      <w:r>
        <w:t>• Latihan kecil:</w:t>
      </w:r>
    </w:p>
    <w:p>
      <w:r>
        <w:t xml:space="preserve">   - Mengubah judul situs</w:t>
      </w:r>
    </w:p>
    <w:p>
      <w:r>
        <w:t xml:space="preserve">   - Mengunggah foto ke Media Library</w:t>
      </w:r>
    </w:p>
    <w:p>
      <w:pPr>
        <w:pStyle w:val="Heading3"/>
      </w:pPr>
      <w:r>
        <w:t>Sesi 4 – Membuat Halaman Dasar Website</w:t>
      </w:r>
    </w:p>
    <w:p>
      <w:r>
        <w:t>Halaman yang dibuat:</w:t>
      </w:r>
    </w:p>
    <w:p>
      <w:r>
        <w:t>- Beranda (Home)</w:t>
      </w:r>
    </w:p>
    <w:p>
      <w:r>
        <w:t>- Tentang Saya (About Me)</w:t>
      </w:r>
    </w:p>
    <w:p>
      <w:r>
        <w:t>- Kontak (Contact)</w:t>
      </w:r>
    </w:p>
    <w:p/>
    <w:p>
      <w:r>
        <w:t>Langkah:</w:t>
      </w:r>
    </w:p>
    <w:p>
      <w:r>
        <w:t>1. Buka Pages → Add New</w:t>
      </w:r>
    </w:p>
    <w:p>
      <w:r>
        <w:t>2. Ketik judul halaman</w:t>
      </w:r>
    </w:p>
    <w:p>
      <w:r>
        <w:t>3. Klik Publish</w:t>
      </w:r>
    </w:p>
    <w:p>
      <w:r>
        <w:t>4. Ulangi hingga 3 halaman dibuat</w:t>
      </w:r>
    </w:p>
    <w:p>
      <w:r>
        <w:t>5. Atur navigasi menu melalui Appearance → Menus</w:t>
      </w:r>
    </w:p>
    <w:p>
      <w:pPr>
        <w:pStyle w:val="Heading3"/>
      </w:pPr>
      <w:r>
        <w:t>Sesi 5 – Mengelola Konten Dasar</w:t>
      </w:r>
    </w:p>
    <w:p>
      <w:r>
        <w:t>• Edit halaman “Tentang Saya”:</w:t>
      </w:r>
    </w:p>
    <w:p>
      <w:r>
        <w:t xml:space="preserve">   - Tambahkan teks profil</w:t>
      </w:r>
    </w:p>
    <w:p>
      <w:r>
        <w:t xml:space="preserve">   - Unggah foto profil</w:t>
      </w:r>
    </w:p>
    <w:p/>
    <w:p>
      <w:r>
        <w:t>• Edit halaman “Kontak”:</w:t>
      </w:r>
    </w:p>
    <w:p>
      <w:r>
        <w:t xml:space="preserve">   - Tambahkan teks alamat/email/WA sederhana</w:t>
      </w:r>
    </w:p>
    <w:p/>
    <w:p>
      <w:r>
        <w:t>• Elemen awal yang diperkenalkan:</w:t>
      </w:r>
    </w:p>
    <w:p>
      <w:r>
        <w:t xml:space="preserve">   - Heading (judul)</w:t>
      </w:r>
    </w:p>
    <w:p>
      <w:r>
        <w:t xml:space="preserve">   - Paragraph (teks)</w:t>
      </w:r>
    </w:p>
    <w:p>
      <w:r>
        <w:t xml:space="preserve">   - Image (gambar)</w:t>
      </w:r>
    </w:p>
    <w:p>
      <w:pPr>
        <w:pStyle w:val="Heading2"/>
      </w:pPr>
      <w:r>
        <w:t>3. Output Minggu Pertama</w:t>
      </w:r>
    </w:p>
    <w:p>
      <w:r>
        <w:t>- Sub-domain aktif dan dapat diakses</w:t>
      </w:r>
    </w:p>
    <w:p>
      <w:r>
        <w:t>- Tiga halaman dasar telah dibuat</w:t>
      </w:r>
    </w:p>
    <w:p>
      <w:r>
        <w:t>- Menu navigasi berfungsi</w:t>
      </w:r>
    </w:p>
    <w:p>
      <w:r>
        <w:t>- Halaman About &amp; Contact berisi konten awal</w:t>
      </w:r>
    </w:p>
    <w:p>
      <w:pPr>
        <w:pStyle w:val="Heading2"/>
      </w:pPr>
      <w:r>
        <w:t>4. Tugas Mingguan</w:t>
      </w:r>
    </w:p>
    <w:p>
      <w:r>
        <w:t>1. Lengkapi konten halaman “Tentang Saya”: nama, foto, deskripsi singkat.</w:t>
      </w:r>
    </w:p>
    <w:p>
      <w:r>
        <w:t>2. Siapkan konten untuk halaman “Beranda”: judul utama, subjudul, dan 1 gambar.</w:t>
      </w:r>
    </w:p>
    <w:p>
      <w:r>
        <w:t>3. Kirimkan link sub-domain &amp; screenshot dashboard sebagai bukti.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